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color w:val="081A42"/>
          <w:sz w:val="52"/>
        </w:rPr>
        <w:t>Lebenslauf</w:t>
      </w:r>
    </w:p>
    <w:p>
      <w:pPr>
        <w:spacing w:after="60"/>
      </w:pPr>
      <w:r>
        <w:rPr>
          <w:b/>
          <w:color w:val="075CF3"/>
          <w:sz w:val="26"/>
        </w:rPr>
        <w:t>Vorname Nachname</w:t>
      </w:r>
    </w:p>
    <w:p>
      <w:pPr>
        <w:spacing w:after="280"/>
        <w:pBdr>
          <w:bottom w:val="single" w:sz="8" w:space="3" w:color="E3EAF4"/>
        </w:pBdr>
      </w:pPr>
      <w:r>
        <w:rPr>
          <w:color w:val="506078"/>
          <w:sz w:val="19"/>
        </w:rPr>
        <w:t>Straße und Hausnummer · PLZ Ort · Telefon · E-Mail</w:t>
      </w:r>
    </w:p>
    <w:p>
      <w:pPr>
        <w:spacing w:before="320" w:after="140"/>
        <w:pBdr>
          <w:bottom w:val="single" w:sz="6" w:space="3" w:color="075CF3"/>
        </w:pBdr>
      </w:pPr>
      <w:r>
        <w:rPr>
          <w:rFonts w:ascii="Calibri" w:hAnsi="Calibri"/>
          <w:b/>
          <w:color w:val="075CF3"/>
          <w:sz w:val="20"/>
          <w:spacing w:val="30"/>
        </w:rPr>
        <w:t>PERSÖNLICHE DATEN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Layout w:type="fixed"/>
        <w:tblW w:w="9072" w:type="dxa"/>
      </w:tblPr>
      <w:tblGrid>
        <w:gridCol w:w="4816"/>
        <w:gridCol w:w="4816"/>
      </w:tblGrid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Geburtsdatum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TT.MM.JJJJ in Ort</w:t>
            </w:r>
          </w:p>
        </w:tc>
      </w:tr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Anschrift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Straße und Hausnummer, PLZ Ort</w:t>
            </w:r>
          </w:p>
        </w:tc>
      </w:tr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Telefon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+49 000 0000000</w:t>
            </w:r>
          </w:p>
        </w:tc>
      </w:tr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E-Mail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vorname.nachname@beispiel.de</w:t>
            </w:r>
          </w:p>
        </w:tc>
      </w:tr>
    </w:tbl>
    <w:p>
      <w:pPr>
        <w:spacing w:after="200"/>
      </w:pPr>
      <w:r>
        <w:rPr>
          <w:i/>
          <w:color w:val="506078"/>
          <w:sz w:val="17"/>
        </w:rPr>
        <w:t>Geburtsort, Familienstand und Staatsangehörigkeit sind freiwillig. Lassen Sie weg, was für die Stelle keine Rolle spielt.</w:t>
      </w:r>
    </w:p>
    <w:p>
      <w:pPr>
        <w:spacing w:before="320" w:after="140"/>
        <w:pBdr>
          <w:bottom w:val="single" w:sz="6" w:space="3" w:color="075CF3"/>
        </w:pBdr>
      </w:pPr>
      <w:r>
        <w:rPr>
          <w:rFonts w:ascii="Calibri" w:hAnsi="Calibri"/>
          <w:b/>
          <w:color w:val="075CF3"/>
          <w:sz w:val="20"/>
          <w:spacing w:val="30"/>
        </w:rPr>
        <w:t>BERUFSERFAHRUNG</w:t>
      </w:r>
    </w:p>
    <w:p>
      <w:pPr>
        <w:spacing w:after="120"/>
      </w:pPr>
      <w:r>
        <w:rPr>
          <w:i/>
          <w:color w:val="506078"/>
          <w:sz w:val="17"/>
        </w:rPr>
        <w:t>Neueste Station zuerst. Pro Station zwei bis vier Aufgaben, die zur ausgeschriebenen Stelle passen.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Layout w:type="fixed"/>
        <w:tblW w:w="9072" w:type="dxa"/>
      </w:tblPr>
      <w:tblGrid>
        <w:gridCol w:w="4816"/>
        <w:gridCol w:w="4816"/>
      </w:tblGrid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MM/JJJJ – heute</w:t>
            </w:r>
          </w:p>
        </w:tc>
        <w:tc>
          <w:tcPr>
            <w:tcW w:type="dxa" w:w="6576"/>
          </w:tcPr>
          <w:p>
            <w:pPr>
              <w:spacing w:after="20"/>
            </w:pPr>
            <w:r>
              <w:rPr>
                <w:b/>
                <w:color w:val="081A42"/>
                <w:sz w:val="20"/>
              </w:rPr>
              <w:t>Berufsbezeichnung</w:t>
            </w:r>
          </w:p>
          <w:p>
            <w:pPr>
              <w:spacing w:after="20"/>
            </w:pPr>
            <w:r>
              <w:rPr>
                <w:b w:val="0"/>
                <w:color w:val="506078"/>
                <w:sz w:val="20"/>
              </w:rPr>
              <w:t>Arbeitgeber, Ort</w:t>
            </w:r>
          </w:p>
          <w:p>
            <w:pPr>
              <w:spacing w:after="20"/>
            </w:pPr>
            <w:r>
              <w:rPr>
                <w:b w:val="0"/>
                <w:color w:val="506078"/>
                <w:sz w:val="20"/>
              </w:rPr>
              <w:t>Aufgabe oder Erfolg, kurz und konkret</w:t>
            </w:r>
          </w:p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Aufgabe oder Erfolg, kurz und konkret</w:t>
            </w:r>
          </w:p>
        </w:tc>
      </w:tr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MM/JJJJ – MM/JJJJ</w:t>
            </w:r>
          </w:p>
        </w:tc>
        <w:tc>
          <w:tcPr>
            <w:tcW w:type="dxa" w:w="6576"/>
          </w:tcPr>
          <w:p>
            <w:pPr>
              <w:spacing w:after="20"/>
            </w:pPr>
            <w:r>
              <w:rPr>
                <w:b/>
                <w:color w:val="081A42"/>
                <w:sz w:val="20"/>
              </w:rPr>
              <w:t>Berufsbezeichnung</w:t>
            </w:r>
          </w:p>
          <w:p>
            <w:pPr>
              <w:spacing w:after="20"/>
            </w:pPr>
            <w:r>
              <w:rPr>
                <w:b w:val="0"/>
                <w:color w:val="506078"/>
                <w:sz w:val="20"/>
              </w:rPr>
              <w:t>Arbeitgeber, Ort</w:t>
            </w:r>
          </w:p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Aufgabe oder Erfolg, kurz und konkret</w:t>
            </w:r>
          </w:p>
        </w:tc>
      </w:tr>
    </w:tbl>
    <w:p>
      <w:pPr>
        <w:spacing w:before="320" w:after="140"/>
        <w:pBdr>
          <w:bottom w:val="single" w:sz="6" w:space="3" w:color="075CF3"/>
        </w:pBdr>
      </w:pPr>
      <w:r>
        <w:rPr>
          <w:rFonts w:ascii="Calibri" w:hAnsi="Calibri"/>
          <w:b/>
          <w:color w:val="075CF3"/>
          <w:sz w:val="20"/>
          <w:spacing w:val="30"/>
        </w:rPr>
        <w:t>AUSBILDUNG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Layout w:type="fixed"/>
        <w:tblW w:w="9072" w:type="dxa"/>
      </w:tblPr>
      <w:tblGrid>
        <w:gridCol w:w="4816"/>
        <w:gridCol w:w="4816"/>
      </w:tblGrid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MM/JJJJ – MM/JJJJ</w:t>
            </w:r>
          </w:p>
        </w:tc>
        <w:tc>
          <w:tcPr>
            <w:tcW w:type="dxa" w:w="6576"/>
          </w:tcPr>
          <w:p>
            <w:pPr>
              <w:spacing w:after="20"/>
            </w:pPr>
            <w:r>
              <w:rPr>
                <w:b/>
                <w:color w:val="081A42"/>
                <w:sz w:val="20"/>
              </w:rPr>
              <w:t>Abschluss oder Ausbildungsberuf</w:t>
            </w:r>
          </w:p>
          <w:p>
            <w:pPr>
              <w:spacing w:after="20"/>
            </w:pPr>
            <w:r>
              <w:rPr>
                <w:b w:val="0"/>
                <w:color w:val="506078"/>
                <w:sz w:val="20"/>
              </w:rPr>
              <w:t>Schule, Betrieb oder Hochschule, Ort</w:t>
            </w:r>
          </w:p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Note oder Schwerpunkt, falls sie für die Stelle spricht</w:t>
            </w:r>
          </w:p>
        </w:tc>
      </w:tr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MM/JJJJ – MM/JJJJ</w:t>
            </w:r>
          </w:p>
        </w:tc>
        <w:tc>
          <w:tcPr>
            <w:tcW w:type="dxa" w:w="6576"/>
          </w:tcPr>
          <w:p>
            <w:pPr>
              <w:spacing w:after="20"/>
            </w:pPr>
            <w:r>
              <w:rPr>
                <w:b/>
                <w:color w:val="081A42"/>
                <w:sz w:val="20"/>
              </w:rPr>
              <w:t>Schulabschluss</w:t>
            </w:r>
          </w:p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Schule, Ort</w:t>
            </w:r>
          </w:p>
        </w:tc>
      </w:tr>
    </w:tbl>
    <w:p>
      <w:pPr>
        <w:spacing w:before="320" w:after="140"/>
        <w:pBdr>
          <w:bottom w:val="single" w:sz="6" w:space="3" w:color="075CF3"/>
        </w:pBdr>
      </w:pPr>
      <w:r>
        <w:rPr>
          <w:rFonts w:ascii="Calibri" w:hAnsi="Calibri"/>
          <w:b/>
          <w:color w:val="075CF3"/>
          <w:sz w:val="20"/>
          <w:spacing w:val="30"/>
        </w:rPr>
        <w:t>WEITERBILDUNG UND ZERTIFIKATE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Layout w:type="fixed"/>
        <w:tblW w:w="9072" w:type="dxa"/>
      </w:tblPr>
      <w:tblGrid>
        <w:gridCol w:w="4816"/>
        <w:gridCol w:w="4816"/>
      </w:tblGrid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JJJJ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Titel der Weiterbildung, Anbieter</w:t>
            </w:r>
          </w:p>
        </w:tc>
      </w:tr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JJJJ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Führerschein, Staplerschein, Sachkundenachweis o. Ä.</w:t>
            </w:r>
          </w:p>
        </w:tc>
      </w:tr>
    </w:tbl>
    <w:p>
      <w:pPr>
        <w:spacing w:before="320" w:after="140"/>
        <w:pBdr>
          <w:bottom w:val="single" w:sz="6" w:space="3" w:color="075CF3"/>
        </w:pBdr>
      </w:pPr>
      <w:r>
        <w:rPr>
          <w:rFonts w:ascii="Calibri" w:hAnsi="Calibri"/>
          <w:b/>
          <w:color w:val="075CF3"/>
          <w:sz w:val="20"/>
          <w:spacing w:val="30"/>
        </w:rPr>
        <w:t>KENNTNISSE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Layout w:type="fixed"/>
        <w:tblW w:w="9072" w:type="dxa"/>
      </w:tblPr>
      <w:tblGrid>
        <w:gridCol w:w="4816"/>
        <w:gridCol w:w="4816"/>
      </w:tblGrid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Fachlich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Maschinen, Software, Verfahren, Werkzeuge</w:t>
            </w:r>
          </w:p>
        </w:tc>
      </w:tr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EDV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Programme und wie sicher Sie damit arbeiten</w:t>
            </w:r>
          </w:p>
        </w:tc>
      </w:tr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Sprachen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Deutsch (Muttersprache), Englisch (gute Kenntnisse)</w:t>
            </w:r>
          </w:p>
        </w:tc>
      </w:tr>
    </w:tbl>
    <w:p>
      <w:pPr>
        <w:spacing w:after="200"/>
      </w:pPr>
      <w:r>
        <w:rPr>
          <w:i/>
          <w:color w:val="506078"/>
          <w:sz w:val="17"/>
        </w:rPr>
        <w:t>Schreiben Sie bei Sprachen und EDV dazu, wie gut Sie sie beherrschen. „Grundkenntnisse“ ist ehrlicher als eine Zeile ohne Angabe.</w:t>
      </w:r>
    </w:p>
    <w:p>
      <w:pPr>
        <w:spacing w:before="320" w:after="140"/>
        <w:pBdr>
          <w:bottom w:val="single" w:sz="6" w:space="3" w:color="075CF3"/>
        </w:pBdr>
      </w:pPr>
      <w:r>
        <w:rPr>
          <w:rFonts w:ascii="Calibri" w:hAnsi="Calibri"/>
          <w:b/>
          <w:color w:val="075CF3"/>
          <w:sz w:val="20"/>
          <w:spacing w:val="30"/>
        </w:rPr>
        <w:t>PERSÖNLICHES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Layout w:type="fixed"/>
        <w:tblW w:w="9072" w:type="dxa"/>
      </w:tblPr>
      <w:tblGrid>
        <w:gridCol w:w="4816"/>
        <w:gridCol w:w="4816"/>
      </w:tblGrid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Interessen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Zwei bis drei Dinge, die etwas über Sie sagen</w:t>
            </w:r>
          </w:p>
        </w:tc>
      </w:tr>
      <w:tr>
        <w:tc>
          <w:tcPr>
            <w:tcW w:type="dxa" w:w="2494"/>
          </w:tcPr>
          <w:p>
            <w:pPr>
              <w:spacing w:after="200"/>
            </w:pPr>
            <w:r>
              <w:rPr>
                <w:b/>
                <w:color w:val="081A42"/>
                <w:sz w:val="20"/>
              </w:rPr>
              <w:t>Ehrenamt</w:t>
            </w:r>
          </w:p>
        </w:tc>
        <w:tc>
          <w:tcPr>
            <w:tcW w:type="dxa" w:w="6576"/>
          </w:tcPr>
          <w:p>
            <w:pPr>
              <w:spacing w:after="200"/>
            </w:pPr>
            <w:r>
              <w:rPr>
                <w:b w:val="0"/>
                <w:color w:val="506078"/>
                <w:sz w:val="20"/>
              </w:rPr>
              <w:t>Verein, Feuerwehr, Nachbarschaftshilfe – falls vorhanden</w:t>
            </w:r>
          </w:p>
        </w:tc>
      </w:tr>
    </w:tbl>
    <w:p>
      <w:pPr>
        <w:spacing w:before="520" w:after="40"/>
      </w:pPr>
      <w:r>
        <w:rPr>
          <w:color w:val="506078"/>
          <w:sz w:val="20"/>
        </w:rPr>
        <w:t>Ort, TT.MM.JJJJ</w:t>
      </w:r>
    </w:p>
    <w:p>
      <w:pPr>
        <w:spacing w:before="440"/>
      </w:pPr>
      <w:r>
        <w:rPr>
          <w:color w:val="506078"/>
          <w:sz w:val="19"/>
        </w:rPr>
        <w:t>Unterschrift</w:t>
      </w:r>
    </w:p>
    <w:p>
      <w:pPr>
        <w:spacing w:before="360"/>
        <w:pBdr>
          <w:bottom w:val="single" w:sz="6" w:space="3" w:color="E3EAF4"/>
        </w:pBdr>
      </w:pPr>
      <w:r>
        <w:rPr>
          <w:color w:val="506078"/>
          <w:sz w:val="16"/>
        </w:rPr>
        <w:t>Vorlage von LOCAL.WORK · localwork.de/downloads</w:t>
      </w:r>
    </w:p>
    <w:sectPr w:rsidR="00FC693F" w:rsidRPr="0006063C" w:rsidSect="00034616">
      <w:pgSz w:w="12240" w:h="15840"/>
      <w:pgMar w:top="1134" w:right="1247" w:bottom="102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76" w:lineRule="auto"/>
    </w:pPr>
    <w:rPr>
      <w:rFonts w:ascii="Calibri" w:hAnsi="Calibri"/>
      <w:color w:val="081A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