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</w:pPr>
      <w:r>
        <w:rPr>
          <w:b/>
          <w:i w:val="0"/>
          <w:color w:val="081A42"/>
          <w:sz w:val="24"/>
        </w:rPr>
        <w:t>Vorname Nachname</w:t>
      </w:r>
    </w:p>
    <w:p>
      <w:pPr>
        <w:spacing w:before="0" w:after="0"/>
      </w:pPr>
      <w:r>
        <w:rPr>
          <w:b w:val="0"/>
          <w:i w:val="0"/>
          <w:color w:val="506078"/>
          <w:sz w:val="20"/>
        </w:rPr>
        <w:t>Straße und Hausnummer</w:t>
      </w:r>
    </w:p>
    <w:p>
      <w:pPr>
        <w:spacing w:before="0" w:after="0"/>
      </w:pPr>
      <w:r>
        <w:rPr>
          <w:b w:val="0"/>
          <w:i w:val="0"/>
          <w:color w:val="506078"/>
          <w:sz w:val="20"/>
        </w:rPr>
        <w:t>PLZ Ort</w:t>
      </w:r>
    </w:p>
    <w:p>
      <w:pPr>
        <w:spacing w:before="0" w:after="520"/>
      </w:pPr>
      <w:r>
        <w:rPr>
          <w:b w:val="0"/>
          <w:i w:val="0"/>
          <w:color w:val="506078"/>
          <w:sz w:val="20"/>
        </w:rPr>
        <w:t>Telefon · E-Mail</w:t>
      </w:r>
    </w:p>
    <w:p>
      <w:pPr>
        <w:spacing w:before="0" w:after="0"/>
      </w:pPr>
      <w:r>
        <w:rPr>
          <w:b/>
          <w:i w:val="0"/>
          <w:color w:val="081A42"/>
          <w:sz w:val="22"/>
        </w:rPr>
        <w:t>Name des Unternehmens</w:t>
      </w:r>
    </w:p>
    <w:p>
      <w:pPr>
        <w:spacing w:before="0" w:after="0"/>
      </w:pPr>
      <w:r>
        <w:rPr>
          <w:b w:val="0"/>
          <w:i w:val="0"/>
          <w:color w:val="081A42"/>
          <w:sz w:val="22"/>
        </w:rPr>
        <w:t>Ansprechpartnerin oder Ansprechpartner</w:t>
      </w:r>
    </w:p>
    <w:p>
      <w:pPr>
        <w:spacing w:before="0" w:after="0"/>
      </w:pPr>
      <w:r>
        <w:rPr>
          <w:b w:val="0"/>
          <w:i w:val="0"/>
          <w:color w:val="081A42"/>
          <w:sz w:val="22"/>
        </w:rPr>
        <w:t>Straße und Hausnummer</w:t>
      </w:r>
    </w:p>
    <w:p>
      <w:pPr>
        <w:spacing w:before="0" w:after="120"/>
      </w:pPr>
      <w:r>
        <w:rPr>
          <w:b w:val="0"/>
          <w:i w:val="0"/>
          <w:color w:val="081A42"/>
          <w:sz w:val="22"/>
        </w:rPr>
        <w:t>PLZ Ort</w:t>
      </w:r>
    </w:p>
    <w:p>
      <w:pPr>
        <w:spacing w:before="40" w:after="440"/>
      </w:pPr>
      <w:r>
        <w:rPr>
          <w:b w:val="0"/>
          <w:i/>
          <w:color w:val="506078"/>
          <w:sz w:val="17"/>
        </w:rPr>
        <w:t>Den Namen finden Sie meist in der Anzeige. Steht dort keiner: kurz anrufen und danach fragen. Das fällt positiv auf.</w:t>
      </w:r>
    </w:p>
    <w:p>
      <w:pPr>
        <w:spacing w:before="0" w:after="480"/>
        <w:jc w:val="right"/>
      </w:pPr>
      <w:r>
        <w:rPr>
          <w:b w:val="0"/>
          <w:i w:val="0"/>
          <w:color w:val="506078"/>
          <w:sz w:val="20"/>
        </w:rPr>
        <w:t>Ort, TT.MM.JJJJ</w:t>
      </w:r>
    </w:p>
    <w:p>
      <w:pPr>
        <w:spacing w:before="0" w:after="40"/>
      </w:pPr>
      <w:r>
        <w:rPr>
          <w:b/>
          <w:i w:val="0"/>
          <w:color w:val="081A42"/>
          <w:sz w:val="24"/>
        </w:rPr>
        <w:t>Bewerbung als Berufsbezeichnung</w:t>
      </w:r>
    </w:p>
    <w:p>
      <w:pPr>
        <w:spacing w:before="0" w:after="400"/>
      </w:pPr>
      <w:r>
        <w:rPr>
          <w:b w:val="0"/>
          <w:i w:val="0"/>
          <w:color w:val="506078"/>
          <w:sz w:val="20"/>
        </w:rPr>
        <w:t>Ihre Anzeige vom TT.MM.JJJJ · Kennziffer 0000</w:t>
      </w:r>
    </w:p>
    <w:p>
      <w:pPr>
        <w:spacing w:before="0" w:after="280"/>
      </w:pPr>
      <w:r>
        <w:rPr>
          <w:b w:val="0"/>
          <w:i w:val="0"/>
          <w:color w:val="081A42"/>
          <w:sz w:val="22"/>
        </w:rPr>
        <w:t>Sehr geehrte Frau Nachname,</w:t>
      </w:r>
    </w:p>
    <w:p>
      <w:pPr>
        <w:spacing w:before="40" w:after="320"/>
      </w:pPr>
      <w:r>
        <w:rPr>
          <w:b w:val="0"/>
          <w:i/>
          <w:color w:val="506078"/>
          <w:sz w:val="17"/>
        </w:rPr>
        <w:t>Kennen Sie den Namen wirklich nicht, schreiben Sie „Sehr geehrtes Team der Firma XY“. „Sehr geehrte Damen und Herren“ geht auch, wirkt aber unpersönlich.</w:t>
      </w:r>
    </w:p>
    <w:p>
      <w:pPr>
        <w:spacing w:before="0" w:after="280"/>
      </w:pPr>
      <w:r>
        <w:rPr>
          <w:b w:val="0"/>
          <w:i w:val="0"/>
          <w:color w:val="081A42"/>
          <w:sz w:val="22"/>
        </w:rPr>
        <w:t>Erster Absatz: Warum dieses Unternehmen? Nennen Sie einen konkreten Grund, den man nicht in jede zweite Bewerbung schreiben könnte. Zwei bis drei Sätze reichen.</w:t>
      </w:r>
    </w:p>
    <w:p>
      <w:pPr>
        <w:spacing w:before="0" w:after="280"/>
      </w:pPr>
      <w:r>
        <w:rPr>
          <w:b w:val="0"/>
          <w:i w:val="0"/>
          <w:color w:val="081A42"/>
          <w:sz w:val="22"/>
        </w:rPr>
        <w:t>Zweiter Absatz: Was können Sie? Greifen Sie zwei Anforderungen aus der Anzeige auf und belegen Sie sie mit einem Beispiel aus Ihrer Praxis. Nicht „teamfähig“, sondern was Sie im Team gemacht haben.</w:t>
      </w:r>
    </w:p>
    <w:p>
      <w:pPr>
        <w:spacing w:before="0" w:after="280"/>
      </w:pPr>
      <w:r>
        <w:rPr>
          <w:b w:val="0"/>
          <w:i w:val="0"/>
          <w:color w:val="081A42"/>
          <w:sz w:val="22"/>
        </w:rPr>
        <w:t>Dritter Absatz: Was bringen Sie mit, das über die Anforderungen hinausgeht? Schichtbereitschaft, Führerschein, Erfahrung mit einer bestimmten Maschine, Sprachkenntnisse.</w:t>
      </w:r>
    </w:p>
    <w:p>
      <w:pPr>
        <w:spacing w:before="0" w:after="360"/>
      </w:pPr>
      <w:r>
        <w:rPr>
          <w:b w:val="0"/>
          <w:i w:val="0"/>
          <w:color w:val="081A42"/>
          <w:sz w:val="22"/>
        </w:rPr>
        <w:t>Letzter Absatz: Wann können Sie anfangen, und wie stellen Sie sich den nächsten Schritt vor. Ein Satz zum Gehalt nur, wenn die Anzeige danach fragt.</w:t>
      </w:r>
    </w:p>
    <w:p>
      <w:pPr>
        <w:spacing w:before="0" w:after="360"/>
      </w:pPr>
      <w:r>
        <w:rPr>
          <w:b w:val="0"/>
          <w:i w:val="0"/>
          <w:color w:val="081A42"/>
          <w:sz w:val="22"/>
        </w:rPr>
        <w:t>Über eine Einladung zum Gespräch freue ich mich.</w:t>
      </w:r>
    </w:p>
    <w:p>
      <w:pPr>
        <w:spacing w:before="0" w:after="600"/>
      </w:pPr>
      <w:r>
        <w:rPr>
          <w:b w:val="0"/>
          <w:i w:val="0"/>
          <w:color w:val="081A42"/>
          <w:sz w:val="22"/>
        </w:rPr>
        <w:t>Mit freundlichen Grüßen</w:t>
      </w:r>
    </w:p>
    <w:p>
      <w:pPr>
        <w:spacing w:before="0" w:after="400"/>
      </w:pPr>
      <w:r>
        <w:rPr>
          <w:b w:val="0"/>
          <w:i w:val="0"/>
          <w:color w:val="081A42"/>
          <w:sz w:val="22"/>
        </w:rPr>
        <w:t>Vorname Nachname</w:t>
      </w:r>
    </w:p>
    <w:p>
      <w:pPr>
        <w:spacing w:before="0" w:after="80"/>
      </w:pPr>
      <w:r>
        <w:rPr>
          <w:b w:val="0"/>
          <w:i w:val="0"/>
          <w:color w:val="506078"/>
          <w:sz w:val="20"/>
        </w:rPr>
        <w:t>Anlagen: Lebenslauf, Zeugnisse, Zertifikate</w:t>
      </w:r>
    </w:p>
    <w:p>
      <w:pPr>
        <w:spacing w:before="40" w:after="320"/>
      </w:pPr>
      <w:r>
        <w:rPr>
          <w:b w:val="0"/>
          <w:i/>
          <w:color w:val="506078"/>
          <w:sz w:val="17"/>
        </w:rPr>
        <w:t>Ein Anschreiben passt auf eine Seite. Lieber einen Absatz streichen als die Schrift verkleinern.</w:t>
      </w:r>
    </w:p>
    <w:p>
      <w:pPr>
        <w:spacing w:before="200" w:after="0"/>
        <w:pBdr>
          <w:bottom w:val="single" w:sz="8" w:space="4" w:color="E3EAF4"/>
        </w:pBdr>
      </w:pPr>
      <w:r>
        <w:rPr>
          <w:b w:val="0"/>
          <w:i w:val="0"/>
          <w:color w:val="506078"/>
          <w:sz w:val="16"/>
        </w:rPr>
        <w:t>Vorlage von LOCAL.WORK · localwork.de/downloads</w:t>
      </w:r>
    </w:p>
    <w:sectPr w:rsidR="00FC693F" w:rsidRPr="0006063C" w:rsidSect="00034616">
      <w:pgSz w:w="12240" w:h="15840"/>
      <w:pgMar w:top="1247" w:right="1247" w:bottom="1020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300" w:lineRule="auto"/>
    </w:pPr>
    <w:rPr>
      <w:rFonts w:ascii="Calibri" w:hAnsi="Calibri"/>
      <w:color w:val="081A42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